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C48" w14:textId="38A9D2CB" w:rsidR="00C77439" w:rsidRDefault="00C77439">
      <w:pPr>
        <w:jc w:val="center"/>
        <w:rPr>
          <w:b/>
          <w:sz w:val="24"/>
          <w:lang w:val="it-IT"/>
        </w:rPr>
      </w:pPr>
      <w:r>
        <w:rPr>
          <w:noProof/>
        </w:rPr>
        <w:drawing>
          <wp:inline distT="0" distB="0" distL="0" distR="0" wp14:anchorId="63C27984" wp14:editId="36BCAEFF">
            <wp:extent cx="2862742" cy="6096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460" cy="61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369C67" w14:textId="77777777" w:rsidR="00C77439" w:rsidRPr="00EF2FE8" w:rsidRDefault="00C77439" w:rsidP="00C77439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AMIA VERONA SPA</w:t>
      </w:r>
      <w:r>
        <w:rPr>
          <w:rFonts w:cs="Arial"/>
          <w:bCs/>
          <w:color w:val="006600"/>
          <w:sz w:val="14"/>
          <w:szCs w:val="14"/>
        </w:rPr>
        <w:t xml:space="preserve"> </w:t>
      </w:r>
      <w:r w:rsidRPr="00EF2FE8">
        <w:rPr>
          <w:rFonts w:cs="Arial"/>
          <w:bCs/>
          <w:color w:val="006600"/>
          <w:sz w:val="14"/>
          <w:szCs w:val="14"/>
        </w:rPr>
        <w:t xml:space="preserve">- AZIENDA MULTISERVIZI DI IGIENE AMBIENTALE – 37135 Verona - Via B.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Avesani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, 31 - Tel. 045 8063311 - Fax 045 8069027</w:t>
      </w:r>
    </w:p>
    <w:p w14:paraId="5D1AE406" w14:textId="77777777" w:rsidR="00C77439" w:rsidRPr="00EF2FE8" w:rsidRDefault="00C77439" w:rsidP="00C77439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r w:rsidRPr="00EF2FE8">
        <w:rPr>
          <w:rFonts w:cs="Arial"/>
          <w:bCs/>
          <w:color w:val="006600"/>
          <w:sz w:val="14"/>
          <w:szCs w:val="14"/>
        </w:rPr>
        <w:t>www.amiavr.it - amia.verona@amiavr.it – amia.verona@pec.amiavr.it</w:t>
      </w:r>
    </w:p>
    <w:p w14:paraId="6BAA9464" w14:textId="77777777" w:rsidR="00C77439" w:rsidRPr="00EF2FE8" w:rsidRDefault="00C77439" w:rsidP="00C77439">
      <w:pPr>
        <w:adjustRightInd w:val="0"/>
        <w:spacing w:after="0"/>
        <w:jc w:val="center"/>
        <w:rPr>
          <w:rFonts w:cs="Arial"/>
          <w:bCs/>
          <w:color w:val="006600"/>
          <w:sz w:val="14"/>
          <w:szCs w:val="14"/>
        </w:rPr>
      </w:pPr>
      <w:proofErr w:type="spellStart"/>
      <w:r>
        <w:rPr>
          <w:rFonts w:cs="Arial"/>
          <w:bCs/>
          <w:color w:val="006600"/>
          <w:sz w:val="14"/>
          <w:szCs w:val="14"/>
        </w:rPr>
        <w:t>Numero</w:t>
      </w:r>
      <w:proofErr w:type="spellEnd"/>
      <w:r>
        <w:rPr>
          <w:rFonts w:cs="Arial"/>
          <w:bCs/>
          <w:color w:val="006600"/>
          <w:sz w:val="14"/>
          <w:szCs w:val="14"/>
        </w:rPr>
        <w:t xml:space="preserve"> REA VR-261063</w:t>
      </w:r>
      <w:r w:rsidRPr="00EF2FE8">
        <w:rPr>
          <w:rFonts w:cs="Arial"/>
          <w:bCs/>
          <w:color w:val="006600"/>
          <w:sz w:val="14"/>
          <w:szCs w:val="14"/>
        </w:rPr>
        <w:t xml:space="preserve"> - C.F. e P.IVA 02737960233 - € 5.000.000,00 int.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Vers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>.</w:t>
      </w:r>
    </w:p>
    <w:p w14:paraId="66087B5A" w14:textId="43527DB4" w:rsidR="00C77439" w:rsidRDefault="00C77439" w:rsidP="00C77439">
      <w:pPr>
        <w:jc w:val="center"/>
        <w:rPr>
          <w:b/>
          <w:sz w:val="30"/>
          <w:lang w:val="it-IT"/>
        </w:rPr>
      </w:pPr>
      <w:proofErr w:type="spellStart"/>
      <w:r w:rsidRPr="00EF2FE8">
        <w:rPr>
          <w:rFonts w:cs="Arial"/>
          <w:bCs/>
          <w:color w:val="006600"/>
          <w:sz w:val="14"/>
          <w:szCs w:val="14"/>
        </w:rPr>
        <w:t>Società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sottoposta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ad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altrui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attività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direzione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e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coordinamento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da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parte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del </w:t>
      </w:r>
      <w:proofErr w:type="spellStart"/>
      <w:r w:rsidRPr="00EF2FE8">
        <w:rPr>
          <w:rFonts w:cs="Arial"/>
          <w:bCs/>
          <w:color w:val="006600"/>
          <w:sz w:val="14"/>
          <w:szCs w:val="14"/>
        </w:rPr>
        <w:t>Comune</w:t>
      </w:r>
      <w:proofErr w:type="spellEnd"/>
      <w:r w:rsidRPr="00EF2FE8">
        <w:rPr>
          <w:rFonts w:cs="Arial"/>
          <w:bCs/>
          <w:color w:val="006600"/>
          <w:sz w:val="14"/>
          <w:szCs w:val="14"/>
        </w:rPr>
        <w:t xml:space="preserve"> di Verona </w:t>
      </w:r>
      <w:r>
        <w:rPr>
          <w:rFonts w:cs="Arial"/>
          <w:bCs/>
          <w:color w:val="006600"/>
          <w:sz w:val="14"/>
          <w:szCs w:val="14"/>
        </w:rPr>
        <w:t>–</w:t>
      </w:r>
      <w:r w:rsidRPr="00EF2FE8">
        <w:rPr>
          <w:rFonts w:cs="Arial"/>
          <w:bCs/>
          <w:color w:val="006600"/>
          <w:sz w:val="14"/>
          <w:szCs w:val="14"/>
        </w:rPr>
        <w:t xml:space="preserve"> VR</w:t>
      </w:r>
    </w:p>
    <w:p w14:paraId="74EE0428" w14:textId="77777777" w:rsidR="00C77439" w:rsidRPr="00C77439" w:rsidRDefault="00C77439" w:rsidP="00C77439">
      <w:pPr>
        <w:jc w:val="center"/>
        <w:rPr>
          <w:b/>
          <w:sz w:val="30"/>
          <w:lang w:val="it-IT"/>
        </w:rPr>
      </w:pPr>
    </w:p>
    <w:p w14:paraId="738A84A4" w14:textId="52A7604C" w:rsidR="003442CB" w:rsidRPr="00286C0B" w:rsidRDefault="00D85ED6">
      <w:pPr>
        <w:jc w:val="center"/>
        <w:rPr>
          <w:lang w:val="it-IT"/>
        </w:rPr>
      </w:pPr>
      <w:r w:rsidRPr="00286C0B">
        <w:rPr>
          <w:b/>
          <w:sz w:val="24"/>
          <w:lang w:val="it-IT"/>
        </w:rPr>
        <w:t>AMIA VERONA S.P.A.</w:t>
      </w:r>
    </w:p>
    <w:p w14:paraId="240F8ADB" w14:textId="6CE9C53B" w:rsidR="003442CB" w:rsidRPr="00083EEB" w:rsidRDefault="00D85ED6">
      <w:pPr>
        <w:jc w:val="center"/>
        <w:rPr>
          <w:lang w:val="it-IT"/>
        </w:rPr>
      </w:pPr>
      <w:r w:rsidRPr="00083EEB">
        <w:rPr>
          <w:b/>
          <w:sz w:val="30"/>
          <w:lang w:val="it-IT"/>
        </w:rPr>
        <w:t>ALLEGATO A – D</w:t>
      </w:r>
      <w:r w:rsidR="00D72F6E">
        <w:rPr>
          <w:b/>
          <w:sz w:val="30"/>
          <w:lang w:val="it-IT"/>
        </w:rPr>
        <w:t>ICHIARAZIONE</w:t>
      </w:r>
      <w:r w:rsidRPr="00083EEB">
        <w:rPr>
          <w:b/>
          <w:sz w:val="30"/>
          <w:lang w:val="it-IT"/>
        </w:rPr>
        <w:t xml:space="preserve"> MANIFESTAZIONE DI INTERESSE</w:t>
      </w:r>
    </w:p>
    <w:p w14:paraId="034EB008" w14:textId="77777777" w:rsidR="003442CB" w:rsidRPr="00083EEB" w:rsidRDefault="00D85ED6">
      <w:pPr>
        <w:jc w:val="center"/>
        <w:rPr>
          <w:lang w:val="it-IT"/>
        </w:rPr>
      </w:pPr>
      <w:r w:rsidRPr="00083EEB">
        <w:rPr>
          <w:i/>
          <w:lang w:val="it-IT"/>
        </w:rPr>
        <w:t>Servizi di migrazione dell’ambiente SAP, infrastruttura cloud/PSN, gestione sistemistica, applicativa e servizi professionali connessi</w:t>
      </w:r>
    </w:p>
    <w:p w14:paraId="7CC3C66B" w14:textId="77777777" w:rsidR="003442CB" w:rsidRPr="00083EEB" w:rsidRDefault="003442CB" w:rsidP="00083EEB">
      <w:pPr>
        <w:rPr>
          <w:lang w:val="it-IT"/>
        </w:rPr>
      </w:pPr>
    </w:p>
    <w:p w14:paraId="7D9FFAD2" w14:textId="77777777" w:rsidR="003442CB" w:rsidRPr="00083EEB" w:rsidRDefault="00D85ED6" w:rsidP="00083EEB">
      <w:pPr>
        <w:rPr>
          <w:lang w:val="it-IT"/>
        </w:rPr>
      </w:pPr>
      <w:r w:rsidRPr="00083EEB">
        <w:rPr>
          <w:lang w:val="it-IT"/>
        </w:rPr>
        <w:t xml:space="preserve">Il/La sottoscritto/a </w:t>
      </w:r>
      <w:r w:rsidRPr="00083EEB">
        <w:rPr>
          <w:b/>
          <w:lang w:val="it-IT"/>
        </w:rPr>
        <w:t>________________________________________</w:t>
      </w:r>
      <w:r w:rsidRPr="00083EEB">
        <w:rPr>
          <w:lang w:val="it-IT"/>
        </w:rPr>
        <w:t xml:space="preserve">, nato/a </w:t>
      </w:r>
      <w:proofErr w:type="spellStart"/>
      <w:r w:rsidRPr="00083EEB">
        <w:rPr>
          <w:lang w:val="it-IT"/>
        </w:rPr>
        <w:t>a</w:t>
      </w:r>
      <w:proofErr w:type="spellEnd"/>
      <w:r w:rsidRPr="00083EEB">
        <w:rPr>
          <w:lang w:val="it-IT"/>
        </w:rPr>
        <w:t xml:space="preserve"> ______________________________ il __/__/____, in qualità di legale rappresentante/procuratore dell’operatore economico di seguito indicato,</w:t>
      </w:r>
    </w:p>
    <w:p w14:paraId="7D66361C" w14:textId="77777777" w:rsidR="003442CB" w:rsidRPr="00083EEB" w:rsidRDefault="00D85ED6" w:rsidP="00083EEB">
      <w:pPr>
        <w:pStyle w:val="Titolo1"/>
        <w:jc w:val="center"/>
        <w:rPr>
          <w:lang w:val="it-IT"/>
        </w:rPr>
      </w:pPr>
      <w:r w:rsidRPr="00083EEB">
        <w:rPr>
          <w:lang w:val="it-IT"/>
        </w:rPr>
        <w:t>CHIEDE</w:t>
      </w:r>
    </w:p>
    <w:p w14:paraId="5536B8B2" w14:textId="77777777" w:rsidR="003442CB" w:rsidRPr="00083EEB" w:rsidRDefault="00D85ED6" w:rsidP="00083EEB">
      <w:pPr>
        <w:rPr>
          <w:lang w:val="it-IT"/>
        </w:rPr>
      </w:pPr>
      <w:r w:rsidRPr="00083EEB">
        <w:rPr>
          <w:lang w:val="it-IT"/>
        </w:rPr>
        <w:t>di essere ammesso a partecipare alla presente indagine di mercato e manifesta il proprio interesse a essere considerato ai fini dell’eventuale successiva procedura di affidamento.</w:t>
      </w:r>
    </w:p>
    <w:p w14:paraId="2F586D7D" w14:textId="77777777" w:rsidR="003442CB" w:rsidRPr="00083EEB" w:rsidRDefault="00D85ED6" w:rsidP="00083EEB">
      <w:pPr>
        <w:pStyle w:val="Titolo1"/>
        <w:rPr>
          <w:lang w:val="it-IT"/>
        </w:rPr>
      </w:pPr>
      <w:r w:rsidRPr="00083EEB">
        <w:rPr>
          <w:lang w:val="it-IT"/>
        </w:rPr>
        <w:t>Dati dell’operatore economico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350"/>
      </w:tblGrid>
      <w:tr w:rsidR="003442CB" w:rsidRPr="00083EEB" w14:paraId="50AD84BF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6D32AB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Denominazione / Ragione sociale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3DB74A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083EEB" w14:paraId="170AEBD5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CA7EC3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Forma giuridica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6DBD7C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083EEB" w14:paraId="34DED3CF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05FD2F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Sede legale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CEAD66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083EEB" w14:paraId="08967299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0770D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C.F. / P. IVA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94192B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286C0B" w14:paraId="122588DE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B70152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N. iscrizione C.C.I.A.A.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BA60F0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083EEB" w14:paraId="78343C0D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007089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PEC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EA00FA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083EEB" w14:paraId="6A8A8F02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0B8A3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E-mail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E7E6B5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083EEB" w14:paraId="4D9BA5A4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D3716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Telefono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572E66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083EEB" w14:paraId="4C841561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2E7352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Referente per l’indagine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AFC75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  <w:tr w:rsidR="003442CB" w:rsidRPr="00083EEB" w14:paraId="2FCCDCF7" w14:textId="77777777">
        <w:trPr>
          <w:jc w:val="center"/>
        </w:trPr>
        <w:tc>
          <w:tcPr>
            <w:tcW w:w="2948" w:type="dxa"/>
            <w:shd w:val="clear" w:color="auto" w:fill="E8EEF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351444" w14:textId="77777777" w:rsidR="003442CB" w:rsidRPr="00083EEB" w:rsidRDefault="00D85ED6" w:rsidP="00083EEB">
            <w:pPr>
              <w:jc w:val="both"/>
              <w:rPr>
                <w:lang w:val="it-IT"/>
              </w:rPr>
            </w:pPr>
            <w:r w:rsidRPr="00083EEB">
              <w:rPr>
                <w:b/>
                <w:lang w:val="it-IT"/>
              </w:rPr>
              <w:t>Qualifica referente</w:t>
            </w:r>
          </w:p>
        </w:tc>
        <w:tc>
          <w:tcPr>
            <w:tcW w:w="63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572901" w14:textId="77777777" w:rsidR="003442CB" w:rsidRPr="00083EEB" w:rsidRDefault="003442CB" w:rsidP="00083EEB">
            <w:pPr>
              <w:jc w:val="both"/>
              <w:rPr>
                <w:lang w:val="it-IT"/>
              </w:rPr>
            </w:pPr>
          </w:p>
        </w:tc>
      </w:tr>
    </w:tbl>
    <w:p w14:paraId="6145B2CA" w14:textId="77777777" w:rsidR="003442CB" w:rsidRPr="00083EEB" w:rsidRDefault="00D85ED6" w:rsidP="00083EEB">
      <w:pPr>
        <w:pStyle w:val="Titolo1"/>
        <w:jc w:val="both"/>
        <w:rPr>
          <w:lang w:val="it-IT"/>
        </w:rPr>
      </w:pPr>
      <w:r w:rsidRPr="00083EEB">
        <w:rPr>
          <w:lang w:val="it-IT"/>
        </w:rPr>
        <w:lastRenderedPageBreak/>
        <w:t>Dichiarazioni</w:t>
      </w:r>
    </w:p>
    <w:p w14:paraId="49E8DF07" w14:textId="77777777" w:rsidR="003442CB" w:rsidRPr="00083EEB" w:rsidRDefault="00D85ED6" w:rsidP="00083EEB">
      <w:pPr>
        <w:pStyle w:val="Puntoelenco"/>
        <w:numPr>
          <w:ilvl w:val="0"/>
          <w:numId w:val="11"/>
        </w:numPr>
        <w:jc w:val="both"/>
        <w:rPr>
          <w:lang w:val="it-IT"/>
        </w:rPr>
      </w:pPr>
      <w:r w:rsidRPr="00083EEB">
        <w:rPr>
          <w:lang w:val="it-IT"/>
        </w:rPr>
        <w:t>di aver preso visione dell’avviso esplorativo e di accettarne integralmente contenuti e finalità;</w:t>
      </w:r>
    </w:p>
    <w:p w14:paraId="05C0DBC0" w14:textId="77777777" w:rsidR="003442CB" w:rsidRPr="00083EEB" w:rsidRDefault="00D85ED6" w:rsidP="00083EEB">
      <w:pPr>
        <w:pStyle w:val="Puntoelenco"/>
        <w:numPr>
          <w:ilvl w:val="0"/>
          <w:numId w:val="11"/>
        </w:numPr>
        <w:jc w:val="both"/>
        <w:rPr>
          <w:lang w:val="it-IT"/>
        </w:rPr>
      </w:pPr>
      <w:r w:rsidRPr="00083EEB">
        <w:rPr>
          <w:lang w:val="it-IT"/>
        </w:rPr>
        <w:t>di essere consapevole che la presente indagine ha natura esclusivamente esplorativa e non costituisce procedura di gara, proposta contrattuale o invito a presentare offerta;</w:t>
      </w:r>
    </w:p>
    <w:p w14:paraId="52BAFDCF" w14:textId="77777777" w:rsidR="003442CB" w:rsidRPr="00083EEB" w:rsidRDefault="00D85ED6" w:rsidP="00083EEB">
      <w:pPr>
        <w:pStyle w:val="Puntoelenco"/>
        <w:numPr>
          <w:ilvl w:val="0"/>
          <w:numId w:val="11"/>
        </w:numPr>
        <w:jc w:val="both"/>
        <w:rPr>
          <w:lang w:val="it-IT"/>
        </w:rPr>
      </w:pPr>
      <w:r w:rsidRPr="00083EEB">
        <w:rPr>
          <w:lang w:val="it-IT"/>
        </w:rPr>
        <w:t>di essere interessato all’eventuale successiva procedura per l’affidamento dei servizi descritti nell’avviso;</w:t>
      </w:r>
    </w:p>
    <w:p w14:paraId="6AA7DCB7" w14:textId="77777777" w:rsidR="003442CB" w:rsidRPr="00083EEB" w:rsidRDefault="00D85ED6" w:rsidP="00083EEB">
      <w:pPr>
        <w:pStyle w:val="Puntoelenco"/>
        <w:numPr>
          <w:ilvl w:val="0"/>
          <w:numId w:val="11"/>
        </w:numPr>
        <w:jc w:val="both"/>
        <w:rPr>
          <w:lang w:val="it-IT"/>
        </w:rPr>
      </w:pPr>
      <w:r w:rsidRPr="00083EEB">
        <w:rPr>
          <w:lang w:val="it-IT"/>
        </w:rPr>
        <w:t>di impegnarsi, su richiesta di AMIA Verona S.p.A., a fornire la documentazione utile alla verifica delle dichiarazioni rese;</w:t>
      </w:r>
    </w:p>
    <w:p w14:paraId="44CB559C" w14:textId="77777777" w:rsidR="003442CB" w:rsidRPr="00083EEB" w:rsidRDefault="00D85ED6" w:rsidP="00083EEB">
      <w:pPr>
        <w:pStyle w:val="Puntoelenco"/>
        <w:numPr>
          <w:ilvl w:val="0"/>
          <w:numId w:val="11"/>
        </w:numPr>
        <w:jc w:val="both"/>
        <w:rPr>
          <w:lang w:val="it-IT"/>
        </w:rPr>
      </w:pPr>
      <w:r w:rsidRPr="00083EEB">
        <w:rPr>
          <w:lang w:val="it-IT"/>
        </w:rPr>
        <w:t>di autorizzare il trattamento dei dati personali per le finalità connesse alla presente indagine, secondo quanto previsto dall’avviso.</w:t>
      </w:r>
    </w:p>
    <w:p w14:paraId="6C551B00" w14:textId="5038AEA8" w:rsidR="003442CB" w:rsidRDefault="003442CB" w:rsidP="00C807EE">
      <w:pPr>
        <w:pStyle w:val="Puntoelenco"/>
        <w:numPr>
          <w:ilvl w:val="0"/>
          <w:numId w:val="0"/>
        </w:numPr>
        <w:ind w:left="360" w:hanging="360"/>
        <w:jc w:val="both"/>
        <w:rPr>
          <w:lang w:val="it-IT"/>
        </w:rPr>
      </w:pPr>
    </w:p>
    <w:p w14:paraId="29914DA8" w14:textId="465CEBB7" w:rsidR="00575C54" w:rsidRDefault="00575C54" w:rsidP="00C807EE">
      <w:pPr>
        <w:pStyle w:val="Puntoelenco"/>
        <w:numPr>
          <w:ilvl w:val="0"/>
          <w:numId w:val="0"/>
        </w:numPr>
        <w:ind w:left="360" w:hanging="360"/>
        <w:jc w:val="both"/>
        <w:rPr>
          <w:lang w:val="it-IT"/>
        </w:rPr>
      </w:pPr>
    </w:p>
    <w:p w14:paraId="75CBA278" w14:textId="2024D161" w:rsidR="00575C54" w:rsidRDefault="00575C54" w:rsidP="00C807EE">
      <w:pPr>
        <w:pStyle w:val="Puntoelenco"/>
        <w:numPr>
          <w:ilvl w:val="0"/>
          <w:numId w:val="0"/>
        </w:numPr>
        <w:ind w:left="360" w:hanging="360"/>
        <w:jc w:val="both"/>
        <w:rPr>
          <w:lang w:val="it-IT"/>
        </w:rPr>
      </w:pPr>
    </w:p>
    <w:p w14:paraId="3F812C69" w14:textId="59919E7F" w:rsidR="00575C54" w:rsidRDefault="00575C54" w:rsidP="00C807EE">
      <w:pPr>
        <w:pStyle w:val="Puntoelenco"/>
        <w:numPr>
          <w:ilvl w:val="0"/>
          <w:numId w:val="0"/>
        </w:numPr>
        <w:ind w:left="360" w:hanging="360"/>
        <w:jc w:val="both"/>
        <w:rPr>
          <w:lang w:val="it-IT"/>
        </w:rPr>
      </w:pPr>
    </w:p>
    <w:p w14:paraId="427A4C9F" w14:textId="68DA4B79" w:rsidR="00575C54" w:rsidRDefault="00575C54" w:rsidP="00C807EE">
      <w:pPr>
        <w:pStyle w:val="Puntoelenco"/>
        <w:numPr>
          <w:ilvl w:val="0"/>
          <w:numId w:val="0"/>
        </w:numPr>
        <w:ind w:left="360" w:hanging="360"/>
        <w:jc w:val="both"/>
        <w:rPr>
          <w:lang w:val="it-IT"/>
        </w:rPr>
      </w:pPr>
    </w:p>
    <w:p w14:paraId="198E4763" w14:textId="426C9471" w:rsidR="00575C54" w:rsidRDefault="00575C54" w:rsidP="00C807EE">
      <w:pPr>
        <w:pStyle w:val="Puntoelenco"/>
        <w:numPr>
          <w:ilvl w:val="0"/>
          <w:numId w:val="0"/>
        </w:numPr>
        <w:ind w:left="360" w:hanging="360"/>
        <w:jc w:val="both"/>
        <w:rPr>
          <w:lang w:val="it-IT"/>
        </w:rPr>
      </w:pPr>
    </w:p>
    <w:p w14:paraId="5A879CA0" w14:textId="77777777" w:rsidR="001C7026" w:rsidRPr="00083EEB" w:rsidRDefault="001C7026" w:rsidP="00C807EE">
      <w:pPr>
        <w:pStyle w:val="Puntoelenco"/>
        <w:numPr>
          <w:ilvl w:val="0"/>
          <w:numId w:val="0"/>
        </w:numPr>
        <w:ind w:left="360" w:hanging="360"/>
        <w:jc w:val="both"/>
        <w:rPr>
          <w:lang w:val="it-IT"/>
        </w:rPr>
      </w:pPr>
    </w:p>
    <w:p w14:paraId="62E397FA" w14:textId="77777777" w:rsidR="00C47E21" w:rsidRDefault="00D85ED6" w:rsidP="00083EEB">
      <w:pPr>
        <w:rPr>
          <w:lang w:val="it-IT"/>
        </w:rPr>
      </w:pPr>
      <w:r w:rsidRPr="00083EEB">
        <w:rPr>
          <w:lang w:val="it-IT"/>
        </w:rPr>
        <w:br/>
        <w:t>Luogo e data</w:t>
      </w:r>
    </w:p>
    <w:p w14:paraId="17F9C2EB" w14:textId="042A3944" w:rsidR="003442CB" w:rsidRDefault="00D85ED6" w:rsidP="00083EEB">
      <w:pPr>
        <w:rPr>
          <w:lang w:val="it-IT"/>
        </w:rPr>
      </w:pPr>
      <w:r w:rsidRPr="00083EEB">
        <w:rPr>
          <w:lang w:val="it-IT"/>
        </w:rPr>
        <w:t>______________________________</w:t>
      </w:r>
    </w:p>
    <w:p w14:paraId="08562D86" w14:textId="77777777" w:rsidR="00186E66" w:rsidRPr="00083EEB" w:rsidRDefault="00186E66" w:rsidP="00083EEB">
      <w:pPr>
        <w:rPr>
          <w:lang w:val="it-IT"/>
        </w:rPr>
      </w:pPr>
    </w:p>
    <w:p w14:paraId="63B7733B" w14:textId="7890C28D" w:rsidR="003442CB" w:rsidRDefault="00D85ED6" w:rsidP="00083EEB">
      <w:pPr>
        <w:rPr>
          <w:lang w:val="it-IT"/>
        </w:rPr>
      </w:pPr>
      <w:r w:rsidRPr="00083EEB">
        <w:rPr>
          <w:lang w:val="it-IT"/>
        </w:rPr>
        <w:t>Il Legale Rappresentante / Procuratore</w:t>
      </w:r>
      <w:r w:rsidRPr="00083EEB">
        <w:rPr>
          <w:lang w:val="it-IT"/>
        </w:rPr>
        <w:br/>
        <w:t>________________________________________</w:t>
      </w:r>
      <w:r w:rsidRPr="00083EEB">
        <w:rPr>
          <w:lang w:val="it-IT"/>
        </w:rPr>
        <w:br/>
        <w:t>(firmato digitalmente)</w:t>
      </w:r>
    </w:p>
    <w:p w14:paraId="6ADF6AF9" w14:textId="1817C819" w:rsidR="004660AF" w:rsidRDefault="004660AF" w:rsidP="00083EEB">
      <w:pPr>
        <w:rPr>
          <w:lang w:val="it-IT"/>
        </w:rPr>
      </w:pPr>
    </w:p>
    <w:p w14:paraId="63642173" w14:textId="136425BA" w:rsidR="004660AF" w:rsidRDefault="004660AF" w:rsidP="00083EEB">
      <w:pPr>
        <w:rPr>
          <w:lang w:val="it-IT"/>
        </w:rPr>
      </w:pPr>
    </w:p>
    <w:p w14:paraId="04080819" w14:textId="4D8A29BD" w:rsidR="004660AF" w:rsidRPr="004660AF" w:rsidRDefault="004660AF" w:rsidP="00083EEB">
      <w:pPr>
        <w:rPr>
          <w:i/>
          <w:iCs/>
          <w:lang w:val="it-IT"/>
        </w:rPr>
      </w:pPr>
      <w:r w:rsidRPr="004660AF">
        <w:rPr>
          <w:i/>
          <w:iCs/>
          <w:lang w:val="it-IT"/>
        </w:rPr>
        <w:t xml:space="preserve">N.B. In caso di sottoscrizione da parte di un </w:t>
      </w:r>
      <w:r w:rsidR="00C47E21">
        <w:rPr>
          <w:i/>
          <w:iCs/>
          <w:lang w:val="it-IT"/>
        </w:rPr>
        <w:t>P</w:t>
      </w:r>
      <w:r w:rsidRPr="004660AF">
        <w:rPr>
          <w:i/>
          <w:iCs/>
          <w:lang w:val="it-IT"/>
        </w:rPr>
        <w:t>rocuratore è obbligatorio</w:t>
      </w:r>
      <w:r w:rsidR="00B84F94">
        <w:rPr>
          <w:i/>
          <w:iCs/>
          <w:lang w:val="it-IT"/>
        </w:rPr>
        <w:t>, a pena di esclusione,</w:t>
      </w:r>
      <w:r w:rsidRPr="004660AF">
        <w:rPr>
          <w:i/>
          <w:iCs/>
          <w:lang w:val="it-IT"/>
        </w:rPr>
        <w:t xml:space="preserve"> allegare l’atto di procura.</w:t>
      </w:r>
    </w:p>
    <w:sectPr w:rsidR="004660AF" w:rsidRPr="004660AF" w:rsidSect="00034616">
      <w:footerReference w:type="default" r:id="rId9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5D0D4" w14:textId="77777777" w:rsidR="00D85ED6" w:rsidRDefault="00D85ED6">
      <w:pPr>
        <w:spacing w:after="0" w:line="240" w:lineRule="auto"/>
      </w:pPr>
      <w:r>
        <w:separator/>
      </w:r>
    </w:p>
  </w:endnote>
  <w:endnote w:type="continuationSeparator" w:id="0">
    <w:p w14:paraId="2DD1C0C0" w14:textId="77777777" w:rsidR="00D85ED6" w:rsidRDefault="00D8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0642C" w14:textId="77777777" w:rsidR="003442CB" w:rsidRPr="00083EEB" w:rsidRDefault="00D85ED6">
    <w:pPr>
      <w:pStyle w:val="Pidipagina"/>
      <w:jc w:val="center"/>
      <w:rPr>
        <w:lang w:val="it-IT"/>
      </w:rPr>
    </w:pPr>
    <w:r w:rsidRPr="00083EEB">
      <w:rPr>
        <w:sz w:val="16"/>
        <w:lang w:val="it-IT"/>
      </w:rPr>
      <w:t>AMIA Verona S.p.A. – Manifestazione di interesse SAP / Cloud-PSN – Allegato 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ED352" w14:textId="77777777" w:rsidR="00D85ED6" w:rsidRDefault="00D85ED6">
      <w:pPr>
        <w:spacing w:after="0" w:line="240" w:lineRule="auto"/>
      </w:pPr>
      <w:r>
        <w:separator/>
      </w:r>
    </w:p>
  </w:footnote>
  <w:footnote w:type="continuationSeparator" w:id="0">
    <w:p w14:paraId="7BAC3EA3" w14:textId="77777777" w:rsidR="00D85ED6" w:rsidRDefault="00D85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502624"/>
    <w:multiLevelType w:val="hybridMultilevel"/>
    <w:tmpl w:val="FADC8A6C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F91C5E"/>
    <w:multiLevelType w:val="hybridMultilevel"/>
    <w:tmpl w:val="D3DE989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EEB"/>
    <w:rsid w:val="00096778"/>
    <w:rsid w:val="000C3ABE"/>
    <w:rsid w:val="0015074B"/>
    <w:rsid w:val="00186E66"/>
    <w:rsid w:val="001C6781"/>
    <w:rsid w:val="001C7026"/>
    <w:rsid w:val="00241758"/>
    <w:rsid w:val="00286C0B"/>
    <w:rsid w:val="0029639D"/>
    <w:rsid w:val="002B27B0"/>
    <w:rsid w:val="00326F90"/>
    <w:rsid w:val="003442CB"/>
    <w:rsid w:val="00436EB2"/>
    <w:rsid w:val="004660AF"/>
    <w:rsid w:val="00475644"/>
    <w:rsid w:val="00575C54"/>
    <w:rsid w:val="005D042E"/>
    <w:rsid w:val="006D4C1B"/>
    <w:rsid w:val="00832896"/>
    <w:rsid w:val="00AA1D8D"/>
    <w:rsid w:val="00AD5EE9"/>
    <w:rsid w:val="00B47730"/>
    <w:rsid w:val="00B84F94"/>
    <w:rsid w:val="00C47E21"/>
    <w:rsid w:val="00C77439"/>
    <w:rsid w:val="00C807EE"/>
    <w:rsid w:val="00CB0664"/>
    <w:rsid w:val="00D72F6E"/>
    <w:rsid w:val="00D85ED6"/>
    <w:rsid w:val="00D9583A"/>
    <w:rsid w:val="00E5759B"/>
    <w:rsid w:val="00E72E79"/>
    <w:rsid w:val="00F75182"/>
    <w:rsid w:val="00FC693F"/>
    <w:rsid w:val="00FD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758289"/>
  <w14:defaultImageDpi w14:val="300"/>
  <w15:docId w15:val="{C59E2448-1EE5-429F-ACD6-7A2EFDD3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Meante Francesco</cp:lastModifiedBy>
  <cp:revision>38</cp:revision>
  <dcterms:created xsi:type="dcterms:W3CDTF">2026-10-06T08:50:00Z</dcterms:created>
  <dcterms:modified xsi:type="dcterms:W3CDTF">2026-10-09T08:23:00Z</dcterms:modified>
  <cp:category/>
</cp:coreProperties>
</file>